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671AD" w14:textId="4AA25FF4" w:rsidR="001D0ADE" w:rsidRDefault="00C804F2" w:rsidP="005F707F">
      <w:pPr>
        <w:pStyle w:val="Title"/>
        <w:jc w:val="center"/>
      </w:pPr>
      <w:r>
        <w:t>New Ambulance Proposal</w:t>
      </w:r>
    </w:p>
    <w:p w14:paraId="3A6F55C9" w14:textId="1D90D0D6" w:rsidR="002E07F8" w:rsidRPr="005F707F" w:rsidRDefault="00000000" w:rsidP="005F707F">
      <w:pPr>
        <w:pStyle w:val="Title"/>
        <w:jc w:val="center"/>
        <w:rPr>
          <w:sz w:val="32"/>
          <w:szCs w:val="32"/>
        </w:rPr>
      </w:pPr>
      <w:r w:rsidRPr="005F707F">
        <w:rPr>
          <w:sz w:val="32"/>
          <w:szCs w:val="32"/>
        </w:rPr>
        <w:t>Kisiizi Hospital, Uganda</w:t>
      </w:r>
    </w:p>
    <w:p w14:paraId="5C3AC46D" w14:textId="1D0A800F" w:rsidR="002E07F8" w:rsidRDefault="00000000">
      <w:pPr>
        <w:pStyle w:val="Heading1"/>
      </w:pPr>
      <w:r>
        <w:t>1. Overview</w:t>
      </w:r>
      <w:r w:rsidR="00BA2C80">
        <w:tab/>
      </w:r>
      <w:r w:rsidR="00BA2C80">
        <w:tab/>
      </w:r>
      <w:r w:rsidR="00BA2C80">
        <w:tab/>
      </w:r>
    </w:p>
    <w:p w14:paraId="4B42D3BF" w14:textId="51E70E1E" w:rsidR="00146BA3" w:rsidRPr="00446F37" w:rsidRDefault="00000000" w:rsidP="00146BA3">
      <w:pPr>
        <w:spacing w:after="120"/>
        <w:rPr>
          <w:color w:val="000000" w:themeColor="text1"/>
        </w:rPr>
      </w:pPr>
      <w:r>
        <w:t>Kisiizi Hospital, located in rural Western Uganda, is a 2</w:t>
      </w:r>
      <w:r w:rsidR="00446F37">
        <w:t>85</w:t>
      </w:r>
      <w:r>
        <w:t>-bed hospital serving a large and dispersed population with limited access to emergency medical services.</w:t>
      </w:r>
      <w:r w:rsidR="00711592">
        <w:t xml:space="preserve">  Roads are very poor and often turn to mud in the </w:t>
      </w:r>
      <w:r w:rsidR="00711592" w:rsidRPr="00446F37">
        <w:rPr>
          <w:color w:val="000000" w:themeColor="text1"/>
        </w:rPr>
        <w:t>rain.</w:t>
      </w:r>
      <w:r w:rsidR="006A27B8" w:rsidRPr="00446F37">
        <w:rPr>
          <w:color w:val="000000" w:themeColor="text1"/>
        </w:rPr>
        <w:t xml:space="preserve">  The nearest tarmac road is about an hour away.</w:t>
      </w:r>
    </w:p>
    <w:p w14:paraId="6039BEFB" w14:textId="21B761FF" w:rsidR="00146BA3" w:rsidRDefault="00000000" w:rsidP="00146BA3">
      <w:pPr>
        <w:spacing w:after="120"/>
      </w:pPr>
      <w:r>
        <w:t>The hospital currently relies on an old</w:t>
      </w:r>
      <w:r w:rsidR="00076734">
        <w:t xml:space="preserve"> 4x4</w:t>
      </w:r>
      <w:r>
        <w:t xml:space="preserve"> ambulance equipped only with a stretcher</w:t>
      </w:r>
      <w:r w:rsidR="00E420B6">
        <w:t xml:space="preserve"> and oxygen</w:t>
      </w:r>
      <w:r>
        <w:t xml:space="preserve">, which is </w:t>
      </w:r>
      <w:r w:rsidR="00146BA3">
        <w:t>u</w:t>
      </w:r>
      <w:r>
        <w:t>sed primarily for patient transport—not emergency care</w:t>
      </w:r>
      <w:r w:rsidR="00DB5AE5">
        <w:t xml:space="preserve">. </w:t>
      </w:r>
      <w:r w:rsidR="00F32407">
        <w:t xml:space="preserve"> Due to long travel times, the current ambulance </w:t>
      </w:r>
      <w:r w:rsidR="00C862B4">
        <w:t xml:space="preserve">is able to make </w:t>
      </w:r>
      <w:r w:rsidR="00F32407">
        <w:t>approximately 200 trips/ year</w:t>
      </w:r>
      <w:r w:rsidR="00C862B4">
        <w:t xml:space="preserve">, </w:t>
      </w:r>
      <w:r w:rsidR="00F32407">
        <w:t xml:space="preserve">which is </w:t>
      </w:r>
      <w:r w:rsidR="002E2AE5">
        <w:t>often</w:t>
      </w:r>
      <w:r w:rsidR="003B5D31">
        <w:t xml:space="preserve"> a lot</w:t>
      </w:r>
      <w:r w:rsidR="00F32407">
        <w:t xml:space="preserve"> less than the demand for services.</w:t>
      </w:r>
    </w:p>
    <w:p w14:paraId="65C4EFDE" w14:textId="2A3E5ECA" w:rsidR="00DB5AE5" w:rsidRDefault="00DB5AE5" w:rsidP="00146BA3">
      <w:pPr>
        <w:spacing w:after="120"/>
      </w:pPr>
      <w:r>
        <w:t xml:space="preserve">Transportation </w:t>
      </w:r>
      <w:r w:rsidR="0084612D">
        <w:t xml:space="preserve">needs </w:t>
      </w:r>
      <w:r>
        <w:t>include</w:t>
      </w:r>
      <w:r w:rsidR="0084612D">
        <w:t xml:space="preserve"> from</w:t>
      </w:r>
      <w:r>
        <w:t xml:space="preserve"> patients who call asking for assistance, </w:t>
      </w:r>
      <w:r w:rsidR="00F213CC">
        <w:t xml:space="preserve">mothers having their babies, </w:t>
      </w:r>
      <w:r w:rsidR="0084612D">
        <w:t>referrals</w:t>
      </w:r>
      <w:r>
        <w:t xml:space="preserve"> from rural </w:t>
      </w:r>
      <w:r w:rsidR="0084612D">
        <w:t xml:space="preserve">health </w:t>
      </w:r>
      <w:r>
        <w:t>clinics</w:t>
      </w:r>
      <w:r w:rsidR="0084612D">
        <w:t>,</w:t>
      </w:r>
      <w:r>
        <w:t xml:space="preserve"> and some acute</w:t>
      </w:r>
      <w:r w:rsidRPr="00DB5AE5">
        <w:t xml:space="preserve"> patients</w:t>
      </w:r>
      <w:r>
        <w:t xml:space="preserve"> who need</w:t>
      </w:r>
      <w:r w:rsidRPr="00DB5AE5">
        <w:t xml:space="preserve"> to</w:t>
      </w:r>
      <w:r>
        <w:t xml:space="preserve"> travel to</w:t>
      </w:r>
      <w:r w:rsidRPr="00DB5AE5">
        <w:t xml:space="preserve"> Mbarara or Kabale for CT scans </w:t>
      </w:r>
      <w:r>
        <w:t xml:space="preserve">or </w:t>
      </w:r>
      <w:r w:rsidRPr="00DB5AE5">
        <w:t>advanced care (</w:t>
      </w:r>
      <w:r>
        <w:t xml:space="preserve">e.g. </w:t>
      </w:r>
      <w:r w:rsidR="00536E29">
        <w:t>cancer treatment</w:t>
      </w:r>
      <w:r w:rsidR="009C7870">
        <w:t>, trauma injuries,</w:t>
      </w:r>
      <w:r w:rsidR="00536E29">
        <w:t xml:space="preserve"> or neurological care</w:t>
      </w:r>
      <w:r w:rsidRPr="00DB5AE5">
        <w:t>).</w:t>
      </w:r>
    </w:p>
    <w:p w14:paraId="558E8394" w14:textId="1BBF0CC6" w:rsidR="002E07F8" w:rsidRDefault="00000000" w:rsidP="00146BA3">
      <w:pPr>
        <w:spacing w:after="120"/>
      </w:pPr>
      <w:r>
        <w:t>This proposal seeks support to procure a fully equipped ambulance that can provide life-saving care during transport</w:t>
      </w:r>
      <w:r w:rsidR="00FC1249">
        <w:t xml:space="preserve">, </w:t>
      </w:r>
      <w:r>
        <w:t>improve referral outcomes</w:t>
      </w:r>
      <w:r w:rsidR="00FC1249">
        <w:t>, and improve capacity to serve the community.</w:t>
      </w:r>
    </w:p>
    <w:p w14:paraId="575AB9E1" w14:textId="77777777" w:rsidR="002E07F8" w:rsidRDefault="00000000" w:rsidP="00146BA3">
      <w:pPr>
        <w:pStyle w:val="Heading1"/>
        <w:spacing w:after="120"/>
      </w:pPr>
      <w:r>
        <w:t>2. The Problem</w:t>
      </w:r>
    </w:p>
    <w:p w14:paraId="7861AD47" w14:textId="77777777" w:rsidR="006E51AA" w:rsidRPr="00446F37" w:rsidRDefault="00E420B6" w:rsidP="006E51AA">
      <w:pPr>
        <w:pStyle w:val="ListParagraph"/>
        <w:numPr>
          <w:ilvl w:val="0"/>
          <w:numId w:val="12"/>
        </w:numPr>
        <w:spacing w:after="120"/>
        <w:rPr>
          <w:color w:val="000000" w:themeColor="text1"/>
        </w:rPr>
      </w:pPr>
      <w:r>
        <w:t xml:space="preserve">lack of life saving equipment in the current </w:t>
      </w:r>
      <w:r w:rsidRPr="00446F37">
        <w:rPr>
          <w:color w:val="000000" w:themeColor="text1"/>
        </w:rPr>
        <w:t>ambulance</w:t>
      </w:r>
    </w:p>
    <w:p w14:paraId="27F18DA5" w14:textId="5B5190BB" w:rsidR="006E51AA" w:rsidRPr="00446F37" w:rsidRDefault="006E51AA" w:rsidP="006E51AA">
      <w:pPr>
        <w:pStyle w:val="ListParagraph"/>
        <w:numPr>
          <w:ilvl w:val="0"/>
          <w:numId w:val="12"/>
        </w:numPr>
        <w:spacing w:after="120"/>
        <w:rPr>
          <w:color w:val="000000" w:themeColor="text1"/>
        </w:rPr>
      </w:pPr>
      <w:r w:rsidRPr="00446F37">
        <w:rPr>
          <w:color w:val="000000" w:themeColor="text1"/>
        </w:rPr>
        <w:t>patients</w:t>
      </w:r>
      <w:r w:rsidR="00FC3143" w:rsidRPr="00446F37">
        <w:rPr>
          <w:color w:val="000000" w:themeColor="text1"/>
        </w:rPr>
        <w:t xml:space="preserve"> </w:t>
      </w:r>
      <w:r w:rsidRPr="00446F37">
        <w:rPr>
          <w:color w:val="000000" w:themeColor="text1"/>
        </w:rPr>
        <w:t>transported</w:t>
      </w:r>
      <w:r w:rsidR="00446F37" w:rsidRPr="00446F37">
        <w:rPr>
          <w:color w:val="000000" w:themeColor="text1"/>
        </w:rPr>
        <w:t xml:space="preserve"> </w:t>
      </w:r>
      <w:r w:rsidR="006A27B8" w:rsidRPr="00446F37">
        <w:rPr>
          <w:color w:val="000000" w:themeColor="text1"/>
        </w:rPr>
        <w:t>with limited</w:t>
      </w:r>
      <w:r w:rsidR="00446F37" w:rsidRPr="00446F37">
        <w:rPr>
          <w:color w:val="000000" w:themeColor="text1"/>
        </w:rPr>
        <w:t xml:space="preserve"> </w:t>
      </w:r>
      <w:r w:rsidRPr="00446F37">
        <w:rPr>
          <w:color w:val="000000" w:themeColor="text1"/>
        </w:rPr>
        <w:t>monitoring</w:t>
      </w:r>
      <w:r w:rsidR="007448ED" w:rsidRPr="00446F37">
        <w:rPr>
          <w:color w:val="000000" w:themeColor="text1"/>
        </w:rPr>
        <w:t>, resuscitation</w:t>
      </w:r>
      <w:r w:rsidRPr="00446F37">
        <w:rPr>
          <w:color w:val="000000" w:themeColor="text1"/>
        </w:rPr>
        <w:t xml:space="preserve"> or stabilization equipment</w:t>
      </w:r>
      <w:r w:rsidR="00446F37" w:rsidRPr="00446F37">
        <w:rPr>
          <w:color w:val="000000" w:themeColor="text1"/>
        </w:rPr>
        <w:t xml:space="preserve"> (</w:t>
      </w:r>
      <w:r w:rsidR="006A27B8" w:rsidRPr="00446F37">
        <w:rPr>
          <w:color w:val="000000" w:themeColor="text1"/>
        </w:rPr>
        <w:t xml:space="preserve">the accompanying staff </w:t>
      </w:r>
      <w:r w:rsidR="00446F37" w:rsidRPr="00446F37">
        <w:rPr>
          <w:color w:val="000000" w:themeColor="text1"/>
        </w:rPr>
        <w:t xml:space="preserve">usually </w:t>
      </w:r>
      <w:r w:rsidR="006A27B8" w:rsidRPr="00446F37">
        <w:rPr>
          <w:color w:val="000000" w:themeColor="text1"/>
        </w:rPr>
        <w:t>carry an emergency kit</w:t>
      </w:r>
      <w:r w:rsidR="00446F37" w:rsidRPr="00446F37">
        <w:rPr>
          <w:color w:val="000000" w:themeColor="text1"/>
        </w:rPr>
        <w:t>)</w:t>
      </w:r>
    </w:p>
    <w:p w14:paraId="77427372" w14:textId="313678FA" w:rsidR="00E41774" w:rsidRDefault="00E41774" w:rsidP="00E41774">
      <w:pPr>
        <w:pStyle w:val="ListParagraph"/>
        <w:numPr>
          <w:ilvl w:val="0"/>
          <w:numId w:val="12"/>
        </w:numPr>
        <w:spacing w:after="120"/>
      </w:pPr>
      <w:r>
        <w:t xml:space="preserve">delays to people needing </w:t>
      </w:r>
      <w:r w:rsidRPr="00E420B6">
        <w:t xml:space="preserve">emergency </w:t>
      </w:r>
      <w:r>
        <w:t xml:space="preserve">medical assistance </w:t>
      </w:r>
    </w:p>
    <w:p w14:paraId="0813EEDF" w14:textId="3AB0F1BF" w:rsidR="006E51AA" w:rsidRDefault="006E51AA" w:rsidP="006E51AA">
      <w:pPr>
        <w:pStyle w:val="ListParagraph"/>
        <w:numPr>
          <w:ilvl w:val="0"/>
          <w:numId w:val="12"/>
        </w:numPr>
        <w:spacing w:after="120"/>
      </w:pPr>
      <w:r>
        <w:t>no backup ambulance</w:t>
      </w:r>
      <w:r w:rsidR="001E77D8">
        <w:t xml:space="preserve"> at all</w:t>
      </w:r>
      <w:r>
        <w:t xml:space="preserve"> when repairs needed</w:t>
      </w:r>
    </w:p>
    <w:p w14:paraId="1F02C3FF" w14:textId="7CDCD4A9" w:rsidR="006E51AA" w:rsidRDefault="006E51AA" w:rsidP="006E51AA">
      <w:pPr>
        <w:pStyle w:val="ListParagraph"/>
        <w:numPr>
          <w:ilvl w:val="0"/>
          <w:numId w:val="12"/>
        </w:numPr>
        <w:spacing w:after="120"/>
      </w:pPr>
      <w:r>
        <w:t>current ambulance is old with over 2</w:t>
      </w:r>
      <w:r w:rsidR="00FC1249">
        <w:t>16</w:t>
      </w:r>
      <w:r>
        <w:t>.000kms</w:t>
      </w:r>
      <w:r w:rsidR="00341B22">
        <w:t xml:space="preserve"> (135,000 miles)</w:t>
      </w:r>
    </w:p>
    <w:p w14:paraId="4E99C2E8" w14:textId="0CCB1CFC" w:rsidR="002E07F8" w:rsidRDefault="00000000" w:rsidP="00146BA3">
      <w:pPr>
        <w:spacing w:after="120"/>
      </w:pPr>
      <w:r>
        <w:t xml:space="preserve">Without </w:t>
      </w:r>
      <w:r w:rsidR="00102F04">
        <w:t>life sustaining</w:t>
      </w:r>
      <w:r>
        <w:t xml:space="preserve"> ambulance support, patients often deteriorate during transit, leading to preventable deaths.</w:t>
      </w:r>
      <w:r w:rsidR="00272FBD">
        <w:t xml:space="preserve"> </w:t>
      </w:r>
    </w:p>
    <w:p w14:paraId="745266D7" w14:textId="2D297B1A" w:rsidR="007A341C" w:rsidRDefault="007A341C" w:rsidP="00146BA3">
      <w:pPr>
        <w:spacing w:after="120"/>
      </w:pPr>
      <w:r w:rsidRPr="007A341C">
        <w:rPr>
          <w:noProof/>
        </w:rPr>
        <w:drawing>
          <wp:inline distT="0" distB="0" distL="0" distR="0" wp14:anchorId="431706B2" wp14:editId="5883FB31">
            <wp:extent cx="2832100" cy="1900195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5283" cy="19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83C">
        <w:t xml:space="preserve">  </w:t>
      </w:r>
      <w:r w:rsidR="0010383C">
        <w:rPr>
          <w:noProof/>
        </w:rPr>
        <w:drawing>
          <wp:inline distT="0" distB="0" distL="0" distR="0" wp14:anchorId="56B95FDD" wp14:editId="27A45B97">
            <wp:extent cx="2930525" cy="1903399"/>
            <wp:effectExtent l="0" t="0" r="317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815" cy="1917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21BD0" w14:textId="36498272" w:rsidR="007A341C" w:rsidRPr="007A341C" w:rsidRDefault="00D3240E" w:rsidP="00D3240E">
      <w:pPr>
        <w:spacing w:after="120"/>
        <w:ind w:left="2160" w:firstLine="720"/>
        <w:rPr>
          <w:i/>
          <w:iCs/>
        </w:rPr>
      </w:pPr>
      <w:r>
        <w:rPr>
          <w:i/>
          <w:iCs/>
        </w:rPr>
        <w:lastRenderedPageBreak/>
        <w:t xml:space="preserve">     </w:t>
      </w:r>
      <w:r w:rsidR="007A341C" w:rsidRPr="007A341C">
        <w:rPr>
          <w:i/>
          <w:iCs/>
        </w:rPr>
        <w:t>Our current amb</w:t>
      </w:r>
      <w:r w:rsidR="007A341C">
        <w:rPr>
          <w:i/>
          <w:iCs/>
        </w:rPr>
        <w:t>u</w:t>
      </w:r>
      <w:r w:rsidR="007A341C" w:rsidRPr="007A341C">
        <w:rPr>
          <w:i/>
          <w:iCs/>
        </w:rPr>
        <w:t>lance</w:t>
      </w:r>
    </w:p>
    <w:p w14:paraId="7BD713C5" w14:textId="77777777" w:rsidR="002E07F8" w:rsidRDefault="00000000" w:rsidP="00146BA3">
      <w:pPr>
        <w:pStyle w:val="Heading1"/>
        <w:spacing w:after="120"/>
      </w:pPr>
      <w:r>
        <w:t>3. The Solution</w:t>
      </w:r>
    </w:p>
    <w:p w14:paraId="30768BC5" w14:textId="0DA0D867" w:rsidR="000D5D70" w:rsidRPr="00BB2D33" w:rsidRDefault="00FD40E5" w:rsidP="00153592">
      <w:pPr>
        <w:spacing w:after="120"/>
      </w:pPr>
      <w:r>
        <w:t xml:space="preserve">Given the dangerous and </w:t>
      </w:r>
      <w:hyperlink r:id="rId10" w:history="1">
        <w:r w:rsidR="00BB2D33">
          <w:rPr>
            <w:rStyle w:val="Hyperlink"/>
          </w:rPr>
          <w:t>slippery roads</w:t>
        </w:r>
      </w:hyperlink>
      <w:r>
        <w:t>, we propose to acquire a</w:t>
      </w:r>
      <w:r w:rsidR="0072525D">
        <w:t xml:space="preserve"> medically equipped </w:t>
      </w:r>
      <w:bookmarkStart w:id="0" w:name="_Hlk224726516"/>
      <w:r>
        <w:t xml:space="preserve">Basic Life Support (Class B) </w:t>
      </w:r>
      <w:bookmarkEnd w:id="0"/>
      <w:r>
        <w:t>4x4 ambulance capable of stabilizing patients before and during transport.</w:t>
      </w:r>
      <w:r>
        <w:br/>
      </w:r>
      <w:r>
        <w:br/>
      </w:r>
      <w:r w:rsidRPr="00153592">
        <w:rPr>
          <w:b/>
          <w:bCs/>
        </w:rPr>
        <w:t>Key Features:</w:t>
      </w:r>
    </w:p>
    <w:p w14:paraId="15EF9DEA" w14:textId="7BFB9FAF" w:rsidR="00C04A32" w:rsidRDefault="00C04A32" w:rsidP="000D5D70">
      <w:pPr>
        <w:pStyle w:val="ListParagraph"/>
        <w:numPr>
          <w:ilvl w:val="0"/>
          <w:numId w:val="12"/>
        </w:numPr>
        <w:spacing w:after="120"/>
      </w:pPr>
      <w:r>
        <w:t>Robust 4x4 to handle rural terrain safely</w:t>
      </w:r>
    </w:p>
    <w:p w14:paraId="51411652" w14:textId="22AE5B41" w:rsidR="000D5D70" w:rsidRDefault="00000000" w:rsidP="000D5D70">
      <w:pPr>
        <w:pStyle w:val="ListParagraph"/>
        <w:numPr>
          <w:ilvl w:val="0"/>
          <w:numId w:val="12"/>
        </w:numPr>
        <w:spacing w:after="120"/>
      </w:pPr>
      <w:r>
        <w:t>Oxygen supply and breathing support</w:t>
      </w:r>
    </w:p>
    <w:p w14:paraId="758CED38" w14:textId="3030D0EB" w:rsidR="000D5D70" w:rsidRDefault="00000000" w:rsidP="000D5D70">
      <w:pPr>
        <w:pStyle w:val="ListParagraph"/>
        <w:numPr>
          <w:ilvl w:val="0"/>
          <w:numId w:val="12"/>
        </w:numPr>
        <w:spacing w:after="120"/>
      </w:pPr>
      <w:r>
        <w:t>Patient monitoring (heart rate, blood pressure)</w:t>
      </w:r>
    </w:p>
    <w:p w14:paraId="015D3430" w14:textId="234D7842" w:rsidR="000D5D70" w:rsidRDefault="00000000" w:rsidP="000D5D70">
      <w:pPr>
        <w:pStyle w:val="ListParagraph"/>
        <w:numPr>
          <w:ilvl w:val="0"/>
          <w:numId w:val="12"/>
        </w:numPr>
        <w:spacing w:after="120"/>
      </w:pPr>
      <w:r>
        <w:t>Stretcher with restraints</w:t>
      </w:r>
    </w:p>
    <w:p w14:paraId="36B197C6" w14:textId="11CDB555" w:rsidR="000D5D70" w:rsidRDefault="00000000" w:rsidP="000D5D70">
      <w:pPr>
        <w:pStyle w:val="ListParagraph"/>
        <w:numPr>
          <w:ilvl w:val="0"/>
          <w:numId w:val="12"/>
        </w:numPr>
        <w:spacing w:after="120"/>
      </w:pPr>
      <w:r>
        <w:t>Emergency equipment: defibrillator, suction machine, medicatio</w:t>
      </w:r>
      <w:r w:rsidR="00C04A32">
        <w:t>n</w:t>
      </w:r>
      <w:r w:rsidR="006D6DBD">
        <w:t xml:space="preserve"> box</w:t>
      </w:r>
    </w:p>
    <w:p w14:paraId="5F7EE8C1" w14:textId="56184651" w:rsidR="00153592" w:rsidRPr="00153592" w:rsidRDefault="00000000" w:rsidP="00153592">
      <w:pPr>
        <w:spacing w:after="120"/>
      </w:pPr>
      <w:r>
        <w:br/>
      </w:r>
      <w:r w:rsidRPr="00153592">
        <w:rPr>
          <w:b/>
          <w:bCs/>
        </w:rPr>
        <w:t>Vehicle Requirements:</w:t>
      </w:r>
    </w:p>
    <w:p w14:paraId="1901EEDE" w14:textId="57EDF939" w:rsidR="00153592" w:rsidRDefault="00000000" w:rsidP="00D55CBD">
      <w:pPr>
        <w:pStyle w:val="ListParagraph"/>
        <w:numPr>
          <w:ilvl w:val="1"/>
          <w:numId w:val="15"/>
        </w:numPr>
        <w:spacing w:after="120"/>
      </w:pPr>
      <w:r>
        <w:t>4x4 capability for rural terrain</w:t>
      </w:r>
    </w:p>
    <w:p w14:paraId="450058DA" w14:textId="77777777" w:rsidR="00153592" w:rsidRDefault="00000000" w:rsidP="00D55CBD">
      <w:pPr>
        <w:pStyle w:val="ListParagraph"/>
        <w:numPr>
          <w:ilvl w:val="1"/>
          <w:numId w:val="15"/>
        </w:numPr>
        <w:spacing w:after="120"/>
      </w:pPr>
      <w:r>
        <w:t>Reliable and durable platform (e.g., Toyota)</w:t>
      </w:r>
    </w:p>
    <w:p w14:paraId="190802D2" w14:textId="79846989" w:rsidR="00153592" w:rsidRDefault="00000000" w:rsidP="00D55CBD">
      <w:pPr>
        <w:pStyle w:val="ListParagraph"/>
        <w:numPr>
          <w:ilvl w:val="1"/>
          <w:numId w:val="15"/>
        </w:numPr>
        <w:spacing w:after="120"/>
      </w:pPr>
      <w:r>
        <w:t>Space for paramedic care during transport</w:t>
      </w:r>
    </w:p>
    <w:p w14:paraId="3132C7ED" w14:textId="3FF44501" w:rsidR="00153592" w:rsidRDefault="00153592" w:rsidP="00D55CBD">
      <w:pPr>
        <w:pStyle w:val="ListParagraph"/>
        <w:numPr>
          <w:ilvl w:val="1"/>
          <w:numId w:val="15"/>
        </w:numPr>
        <w:spacing w:after="120"/>
      </w:pPr>
      <w:r>
        <w:t xml:space="preserve">meets </w:t>
      </w:r>
      <w:r w:rsidRPr="00153592">
        <w:t xml:space="preserve">Basic Life Support (Class B) </w:t>
      </w:r>
      <w:r>
        <w:t>for ambulances in Uganda</w:t>
      </w:r>
    </w:p>
    <w:p w14:paraId="64F51362" w14:textId="045FD8AD" w:rsidR="00AA4583" w:rsidRDefault="007D0A16" w:rsidP="00AA4583">
      <w:pPr>
        <w:spacing w:after="120"/>
        <w:ind w:firstLine="360"/>
      </w:pPr>
      <w:r>
        <w:rPr>
          <w:noProof/>
        </w:rPr>
        <w:drawing>
          <wp:inline distT="0" distB="0" distL="0" distR="0" wp14:anchorId="28C3029F" wp14:editId="72500F17">
            <wp:extent cx="2868295" cy="1544197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812" cy="1548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4583">
        <w:t xml:space="preserve">   </w:t>
      </w:r>
      <w:r w:rsidR="00AA4583" w:rsidRPr="00AA4583">
        <w:rPr>
          <w:noProof/>
        </w:rPr>
        <w:drawing>
          <wp:inline distT="0" distB="0" distL="0" distR="0" wp14:anchorId="53E4F923" wp14:editId="7A1D938D">
            <wp:extent cx="2355850" cy="1432324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3017" cy="143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40086" w14:textId="0D8BCC99" w:rsidR="00B46063" w:rsidRDefault="00B46063" w:rsidP="00AA4583">
      <w:pPr>
        <w:spacing w:after="120"/>
        <w:ind w:firstLine="360"/>
      </w:pPr>
      <w:r>
        <w:tab/>
      </w:r>
      <w:r>
        <w:tab/>
      </w:r>
      <w:r>
        <w:tab/>
      </w:r>
      <w:r>
        <w:tab/>
        <w:t xml:space="preserve">    A Class B Toyota 4x4 A</w:t>
      </w:r>
      <w:r w:rsidRPr="00B46063">
        <w:t>mbulance</w:t>
      </w:r>
    </w:p>
    <w:p w14:paraId="7CB2628D" w14:textId="77777777" w:rsidR="002E07F8" w:rsidRDefault="00000000" w:rsidP="00146BA3">
      <w:pPr>
        <w:pStyle w:val="Heading1"/>
        <w:spacing w:after="120"/>
      </w:pPr>
      <w:r>
        <w:t>4. Expected Impact</w:t>
      </w:r>
    </w:p>
    <w:p w14:paraId="5383F5C3" w14:textId="24131D42" w:rsidR="008F553B" w:rsidRDefault="008F553B" w:rsidP="008F553B">
      <w:pPr>
        <w:spacing w:after="120"/>
      </w:pPr>
      <w:r>
        <w:t>Our current ambulance makes approximately 200 trips/ year. The additional ambulance will double our capacity to transport patients and save the lives of hundreds of patients annually.  The medical capabilities will also mean:</w:t>
      </w:r>
    </w:p>
    <w:p w14:paraId="5579F533" w14:textId="490424B7" w:rsidR="00F05CD3" w:rsidRDefault="00F05CD3" w:rsidP="008F553B">
      <w:pPr>
        <w:pStyle w:val="ListParagraph"/>
        <w:numPr>
          <w:ilvl w:val="0"/>
          <w:numId w:val="22"/>
        </w:numPr>
        <w:spacing w:after="120"/>
      </w:pPr>
      <w:r>
        <w:t xml:space="preserve">Improved survival for trauma and critical patients </w:t>
      </w:r>
    </w:p>
    <w:p w14:paraId="3073BC8D" w14:textId="77777777" w:rsidR="00BE41EE" w:rsidRDefault="00BE41EE" w:rsidP="00BE41EE">
      <w:pPr>
        <w:pStyle w:val="ListParagraph"/>
        <w:numPr>
          <w:ilvl w:val="0"/>
          <w:numId w:val="22"/>
        </w:numPr>
        <w:spacing w:after="120"/>
      </w:pPr>
      <w:r>
        <w:t>Faster emergency response times</w:t>
      </w:r>
    </w:p>
    <w:p w14:paraId="63152FE8" w14:textId="77777777" w:rsidR="00BE41EE" w:rsidRDefault="00BE41EE" w:rsidP="00BE41EE">
      <w:pPr>
        <w:pStyle w:val="ListParagraph"/>
        <w:numPr>
          <w:ilvl w:val="0"/>
          <w:numId w:val="22"/>
        </w:numPr>
        <w:spacing w:after="120"/>
      </w:pPr>
      <w:r>
        <w:t>Expanded access to emergency care for remote communities</w:t>
      </w:r>
    </w:p>
    <w:p w14:paraId="54DDAAAE" w14:textId="77777777" w:rsidR="006E3991" w:rsidRDefault="006E3991" w:rsidP="008F553B">
      <w:pPr>
        <w:pStyle w:val="ListParagraph"/>
        <w:numPr>
          <w:ilvl w:val="0"/>
          <w:numId w:val="22"/>
        </w:numPr>
        <w:spacing w:after="120"/>
      </w:pPr>
      <w:r>
        <w:t>Continued ambulance service when one of the ambulances needs maintenance or repair</w:t>
      </w:r>
    </w:p>
    <w:p w14:paraId="565673AD" w14:textId="77777777" w:rsidR="00322FB4" w:rsidRDefault="00322FB4" w:rsidP="00146BA3">
      <w:pPr>
        <w:spacing w:after="120"/>
      </w:pPr>
    </w:p>
    <w:p w14:paraId="279B7A3E" w14:textId="77777777" w:rsidR="00322FB4" w:rsidRDefault="00322FB4" w:rsidP="00146BA3">
      <w:pPr>
        <w:spacing w:after="120"/>
      </w:pPr>
    </w:p>
    <w:p w14:paraId="228EABE0" w14:textId="77777777" w:rsidR="00322FB4" w:rsidRDefault="00322FB4" w:rsidP="00146BA3">
      <w:pPr>
        <w:spacing w:after="120"/>
      </w:pPr>
    </w:p>
    <w:p w14:paraId="4092ADC1" w14:textId="77777777" w:rsidR="002E07F8" w:rsidRDefault="00000000" w:rsidP="00146BA3">
      <w:pPr>
        <w:pStyle w:val="Heading1"/>
        <w:spacing w:after="120"/>
      </w:pPr>
      <w:r>
        <w:t>5. Budget Estimate</w:t>
      </w:r>
    </w:p>
    <w:p w14:paraId="14304EC8" w14:textId="7956CD84" w:rsidR="00801CE8" w:rsidRDefault="00801CE8" w:rsidP="00F511D3">
      <w:pPr>
        <w:spacing w:after="120"/>
      </w:pPr>
      <w:r>
        <w:t>Th</w:t>
      </w:r>
      <w:r w:rsidR="007128E6">
        <w:t>e</w:t>
      </w:r>
      <w:r>
        <w:t xml:space="preserve"> budget reflects the purchase of an almost new ambulance (preferred for reliability)</w:t>
      </w:r>
      <w:r w:rsidR="007128E6">
        <w:t xml:space="preserve"> and based on a quote from a Kampala dealer</w:t>
      </w:r>
      <w:r>
        <w:t xml:space="preserve">. This cost could be </w:t>
      </w:r>
      <w:r w:rsidR="00D720C7">
        <w:t>$</w:t>
      </w:r>
      <w:r>
        <w:t xml:space="preserve">10-20,000 lower for a </w:t>
      </w:r>
      <w:r w:rsidR="00620EAC">
        <w:t xml:space="preserve">nearly new </w:t>
      </w:r>
      <w:r w:rsidR="007128E6">
        <w:t xml:space="preserve">already converted </w:t>
      </w:r>
      <w:r>
        <w:t>ambulance</w:t>
      </w:r>
      <w:r w:rsidR="006B6172">
        <w:t>,</w:t>
      </w:r>
      <w:r>
        <w:t xml:space="preserve"> or significantly higher for a brand</w:t>
      </w:r>
      <w:r w:rsidR="0071101E">
        <w:t>-</w:t>
      </w:r>
      <w:r>
        <w:t>new vehicle with higher end equipment.</w:t>
      </w:r>
    </w:p>
    <w:p w14:paraId="6609B43A" w14:textId="77777777" w:rsidR="008F590D" w:rsidRPr="009F1A6B" w:rsidRDefault="008F590D" w:rsidP="008F590D">
      <w:pPr>
        <w:spacing w:after="120"/>
        <w:rPr>
          <w:b/>
          <w:bCs/>
          <w:i/>
          <w:iCs/>
        </w:rPr>
      </w:pPr>
      <w:r>
        <w:rPr>
          <w:b/>
          <w:bCs/>
          <w:i/>
          <w:iCs/>
        </w:rPr>
        <w:t>Budget summary: (euros)</w:t>
      </w:r>
    </w:p>
    <w:p w14:paraId="1D5401CB" w14:textId="0A7A6115" w:rsidR="008F590D" w:rsidRDefault="008F590D" w:rsidP="008F590D">
      <w:pPr>
        <w:pStyle w:val="ListParagraph"/>
        <w:numPr>
          <w:ilvl w:val="0"/>
          <w:numId w:val="24"/>
        </w:numPr>
        <w:tabs>
          <w:tab w:val="right" w:pos="5245"/>
        </w:tabs>
        <w:spacing w:after="120"/>
        <w:jc w:val="both"/>
      </w:pPr>
      <w:r>
        <w:t>Core 4x4 vehicle</w:t>
      </w:r>
      <w:r>
        <w:tab/>
      </w:r>
      <w:r w:rsidR="00D720C7">
        <w:t>$</w:t>
      </w:r>
      <w:r>
        <w:t>48,000</w:t>
      </w:r>
    </w:p>
    <w:p w14:paraId="3AD591BA" w14:textId="3F6ADC92" w:rsidR="008F590D" w:rsidRPr="009F1A6B" w:rsidRDefault="008F590D" w:rsidP="008F590D">
      <w:pPr>
        <w:pStyle w:val="ListParagraph"/>
        <w:numPr>
          <w:ilvl w:val="0"/>
          <w:numId w:val="24"/>
        </w:numPr>
        <w:tabs>
          <w:tab w:val="right" w:pos="5245"/>
        </w:tabs>
        <w:spacing w:after="120"/>
        <w:jc w:val="both"/>
      </w:pPr>
      <w:r>
        <w:t>Conversion</w:t>
      </w:r>
      <w:r>
        <w:tab/>
      </w:r>
      <w:r w:rsidR="00D720C7">
        <w:t>$</w:t>
      </w:r>
      <w:r>
        <w:t>10,000</w:t>
      </w:r>
    </w:p>
    <w:p w14:paraId="2E446344" w14:textId="7389A296" w:rsidR="008F590D" w:rsidRPr="009F1A6B" w:rsidRDefault="008F590D" w:rsidP="008F590D">
      <w:pPr>
        <w:pStyle w:val="ListParagraph"/>
        <w:numPr>
          <w:ilvl w:val="0"/>
          <w:numId w:val="24"/>
        </w:numPr>
        <w:tabs>
          <w:tab w:val="right" w:pos="5245"/>
        </w:tabs>
        <w:spacing w:after="120"/>
      </w:pPr>
      <w:r w:rsidRPr="009F1A6B">
        <w:t>Medical equipment:</w:t>
      </w:r>
      <w:r w:rsidRPr="009F1A6B">
        <w:tab/>
      </w:r>
      <w:r w:rsidR="00D720C7">
        <w:t>$</w:t>
      </w:r>
      <w:r w:rsidRPr="009F1A6B">
        <w:t>1</w:t>
      </w:r>
      <w:r>
        <w:t>2</w:t>
      </w:r>
      <w:r w:rsidRPr="009F1A6B">
        <w:t>,000</w:t>
      </w:r>
    </w:p>
    <w:p w14:paraId="10A0E140" w14:textId="6B0DC22D" w:rsidR="008F590D" w:rsidRPr="004F2616" w:rsidRDefault="008F590D" w:rsidP="008F590D">
      <w:pPr>
        <w:tabs>
          <w:tab w:val="right" w:pos="5245"/>
        </w:tabs>
        <w:spacing w:after="360"/>
        <w:rPr>
          <w:b/>
          <w:bCs/>
        </w:rPr>
      </w:pPr>
      <w:r w:rsidRPr="004F2616">
        <w:rPr>
          <w:b/>
          <w:bCs/>
        </w:rPr>
        <w:t xml:space="preserve">Total Estimated Budget: </w:t>
      </w:r>
      <w:r w:rsidRPr="004F2616">
        <w:rPr>
          <w:b/>
          <w:bCs/>
        </w:rPr>
        <w:tab/>
      </w:r>
      <w:r w:rsidR="00D720C7">
        <w:rPr>
          <w:b/>
          <w:bCs/>
        </w:rPr>
        <w:t>$</w:t>
      </w:r>
      <w:r>
        <w:rPr>
          <w:b/>
          <w:bCs/>
        </w:rPr>
        <w:t>7</w:t>
      </w:r>
      <w:r w:rsidRPr="004F2616">
        <w:rPr>
          <w:b/>
          <w:bCs/>
        </w:rPr>
        <w:t>0,000</w:t>
      </w:r>
    </w:p>
    <w:p w14:paraId="778B1B22" w14:textId="77777777" w:rsidR="008F590D" w:rsidRPr="004F2616" w:rsidRDefault="008F590D" w:rsidP="008F590D">
      <w:pPr>
        <w:tabs>
          <w:tab w:val="right" w:pos="5245"/>
        </w:tabs>
        <w:spacing w:after="120"/>
        <w:rPr>
          <w:b/>
          <w:bCs/>
          <w:i/>
          <w:iCs/>
        </w:rPr>
      </w:pPr>
      <w:r w:rsidRPr="004F2616">
        <w:rPr>
          <w:b/>
          <w:bCs/>
          <w:i/>
          <w:iCs/>
        </w:rPr>
        <w:t xml:space="preserve">Main conversion </w:t>
      </w:r>
      <w:r>
        <w:rPr>
          <w:b/>
          <w:bCs/>
          <w:i/>
          <w:iCs/>
        </w:rPr>
        <w:t>breakdown estimates (Class B)</w:t>
      </w:r>
      <w:r w:rsidRPr="004F2616">
        <w:rPr>
          <w:b/>
          <w:bCs/>
          <w:i/>
          <w:iCs/>
        </w:rPr>
        <w:t>:</w:t>
      </w:r>
    </w:p>
    <w:p w14:paraId="2E9CD3ED" w14:textId="77777777" w:rsidR="008F590D" w:rsidRPr="004F2616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 xml:space="preserve">Interior medical cabin </w:t>
      </w:r>
      <w:r w:rsidRPr="004F2616">
        <w:rPr>
          <w:i/>
          <w:iCs/>
        </w:rPr>
        <w:tab/>
      </w:r>
      <w:r>
        <w:rPr>
          <w:i/>
          <w:iCs/>
        </w:rPr>
        <w:t>3</w:t>
      </w:r>
      <w:r w:rsidRPr="004F2616">
        <w:rPr>
          <w:i/>
          <w:iCs/>
        </w:rPr>
        <w:t>,</w:t>
      </w:r>
      <w:r>
        <w:rPr>
          <w:i/>
          <w:iCs/>
        </w:rPr>
        <w:t>0</w:t>
      </w:r>
      <w:r w:rsidRPr="004F2616">
        <w:rPr>
          <w:i/>
          <w:iCs/>
        </w:rPr>
        <w:t>00</w:t>
      </w:r>
    </w:p>
    <w:p w14:paraId="517AE637" w14:textId="77777777" w:rsidR="008F590D" w:rsidRPr="004F2616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 xml:space="preserve">Electrical system (dual battery, inverter)  </w:t>
      </w:r>
      <w:r w:rsidRPr="004F2616">
        <w:rPr>
          <w:i/>
          <w:iCs/>
        </w:rPr>
        <w:tab/>
      </w:r>
      <w:r>
        <w:rPr>
          <w:i/>
          <w:iCs/>
        </w:rPr>
        <w:t>3</w:t>
      </w:r>
      <w:r w:rsidRPr="004F2616">
        <w:rPr>
          <w:i/>
          <w:iCs/>
        </w:rPr>
        <w:t>,</w:t>
      </w:r>
      <w:r>
        <w:rPr>
          <w:i/>
          <w:iCs/>
        </w:rPr>
        <w:t>0</w:t>
      </w:r>
      <w:r w:rsidRPr="004F2616">
        <w:rPr>
          <w:i/>
          <w:iCs/>
        </w:rPr>
        <w:t>00</w:t>
      </w:r>
    </w:p>
    <w:p w14:paraId="72DEB1E1" w14:textId="77777777" w:rsidR="008F590D" w:rsidRPr="004F2616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 xml:space="preserve">Lighting (LED emergency lights, siren) </w:t>
      </w:r>
      <w:r w:rsidRPr="004F2616">
        <w:rPr>
          <w:i/>
          <w:iCs/>
        </w:rPr>
        <w:tab/>
        <w:t xml:space="preserve"> 500</w:t>
      </w:r>
    </w:p>
    <w:p w14:paraId="645B0623" w14:textId="77777777" w:rsidR="008F590D" w:rsidRPr="004F2616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>Oxygen piping system</w:t>
      </w:r>
      <w:r w:rsidRPr="004F2616">
        <w:rPr>
          <w:i/>
          <w:iCs/>
        </w:rPr>
        <w:tab/>
      </w:r>
      <w:r>
        <w:rPr>
          <w:i/>
          <w:iCs/>
        </w:rPr>
        <w:t>2</w:t>
      </w:r>
      <w:r w:rsidRPr="004F2616">
        <w:rPr>
          <w:i/>
          <w:iCs/>
        </w:rPr>
        <w:t>,</w:t>
      </w:r>
      <w:r>
        <w:rPr>
          <w:i/>
          <w:iCs/>
        </w:rPr>
        <w:t>0</w:t>
      </w:r>
      <w:r w:rsidRPr="004F2616">
        <w:rPr>
          <w:i/>
          <w:iCs/>
        </w:rPr>
        <w:t>00</w:t>
      </w:r>
    </w:p>
    <w:p w14:paraId="1307613B" w14:textId="77777777" w:rsidR="008F590D" w:rsidRPr="004F2616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>Mounting rails for stretcher</w:t>
      </w:r>
      <w:r w:rsidRPr="004F2616">
        <w:rPr>
          <w:i/>
          <w:iCs/>
        </w:rPr>
        <w:tab/>
        <w:t>500</w:t>
      </w:r>
    </w:p>
    <w:p w14:paraId="1D29D938" w14:textId="77777777" w:rsidR="008F590D" w:rsidRDefault="008F590D" w:rsidP="008F590D">
      <w:pPr>
        <w:pStyle w:val="ListParagraph"/>
        <w:numPr>
          <w:ilvl w:val="0"/>
          <w:numId w:val="20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i/>
          <w:iCs/>
        </w:rPr>
        <w:t>Infection-control surfaces</w:t>
      </w:r>
      <w:r w:rsidRPr="004F2616">
        <w:rPr>
          <w:i/>
          <w:iCs/>
        </w:rPr>
        <w:tab/>
      </w:r>
      <w:r>
        <w:rPr>
          <w:i/>
          <w:iCs/>
        </w:rPr>
        <w:t>1,0</w:t>
      </w:r>
      <w:r w:rsidRPr="004F2616">
        <w:rPr>
          <w:i/>
          <w:iCs/>
        </w:rPr>
        <w:t>00</w:t>
      </w:r>
    </w:p>
    <w:p w14:paraId="697F0971" w14:textId="52898D7B" w:rsidR="008F590D" w:rsidRPr="009324CB" w:rsidRDefault="008F590D" w:rsidP="008F590D">
      <w:pPr>
        <w:tabs>
          <w:tab w:val="right" w:pos="5245"/>
        </w:tabs>
        <w:spacing w:after="120"/>
        <w:rPr>
          <w:b/>
          <w:bCs/>
          <w:i/>
          <w:iCs/>
        </w:rPr>
      </w:pPr>
      <w:r w:rsidRPr="009324CB">
        <w:rPr>
          <w:b/>
          <w:bCs/>
          <w:i/>
          <w:iCs/>
        </w:rPr>
        <w:t xml:space="preserve">       Conversion Total</w:t>
      </w:r>
      <w:r w:rsidRPr="009324CB">
        <w:rPr>
          <w:b/>
          <w:bCs/>
          <w:i/>
          <w:iCs/>
        </w:rPr>
        <w:tab/>
      </w:r>
      <w:r w:rsidR="00D720C7">
        <w:rPr>
          <w:b/>
          <w:bCs/>
          <w:i/>
          <w:iCs/>
        </w:rPr>
        <w:t>$</w:t>
      </w:r>
      <w:r>
        <w:rPr>
          <w:b/>
          <w:bCs/>
          <w:i/>
          <w:iCs/>
        </w:rPr>
        <w:t>10</w:t>
      </w:r>
      <w:r w:rsidRPr="009324CB">
        <w:rPr>
          <w:b/>
          <w:bCs/>
          <w:i/>
          <w:iCs/>
        </w:rPr>
        <w:t>,000</w:t>
      </w:r>
    </w:p>
    <w:p w14:paraId="371389FE" w14:textId="77777777" w:rsidR="008F590D" w:rsidRPr="004F2616" w:rsidRDefault="008F590D" w:rsidP="008F590D">
      <w:pPr>
        <w:tabs>
          <w:tab w:val="right" w:pos="5245"/>
        </w:tabs>
        <w:spacing w:after="120"/>
        <w:rPr>
          <w:b/>
          <w:bCs/>
          <w:i/>
          <w:iCs/>
        </w:rPr>
      </w:pPr>
      <w:r w:rsidRPr="004F2616">
        <w:rPr>
          <w:b/>
          <w:bCs/>
          <w:i/>
          <w:iCs/>
        </w:rPr>
        <w:t>Main equipment breakdown</w:t>
      </w:r>
      <w:r>
        <w:rPr>
          <w:b/>
          <w:bCs/>
          <w:i/>
          <w:iCs/>
        </w:rPr>
        <w:t xml:space="preserve"> estimates (Class B):</w:t>
      </w:r>
    </w:p>
    <w:p w14:paraId="03A1992A" w14:textId="77777777" w:rsidR="008F590D" w:rsidRPr="004F2616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rFonts w:hint="eastAsia"/>
          <w:i/>
          <w:iCs/>
        </w:rPr>
        <w:t xml:space="preserve">Stretcher system </w:t>
      </w:r>
      <w:r w:rsidRPr="004F2616">
        <w:rPr>
          <w:i/>
          <w:iCs/>
        </w:rPr>
        <w:tab/>
      </w:r>
      <w:r>
        <w:rPr>
          <w:i/>
          <w:iCs/>
        </w:rPr>
        <w:t>1</w:t>
      </w:r>
      <w:r w:rsidRPr="004F2616">
        <w:rPr>
          <w:i/>
          <w:iCs/>
        </w:rPr>
        <w:t>,</w:t>
      </w:r>
      <w:r>
        <w:rPr>
          <w:i/>
          <w:iCs/>
        </w:rPr>
        <w:t>8</w:t>
      </w:r>
      <w:r w:rsidRPr="004F2616">
        <w:rPr>
          <w:i/>
          <w:iCs/>
        </w:rPr>
        <w:t>00</w:t>
      </w:r>
    </w:p>
    <w:p w14:paraId="697D8319" w14:textId="77777777" w:rsidR="008F590D" w:rsidRPr="004F2616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rFonts w:hint="eastAsia"/>
          <w:i/>
          <w:iCs/>
        </w:rPr>
        <w:t xml:space="preserve">Oxygen cylinders + regulators </w:t>
      </w:r>
      <w:r w:rsidRPr="004F2616">
        <w:rPr>
          <w:i/>
          <w:iCs/>
        </w:rPr>
        <w:tab/>
        <w:t>1,</w:t>
      </w:r>
      <w:r>
        <w:rPr>
          <w:i/>
          <w:iCs/>
        </w:rPr>
        <w:t>2</w:t>
      </w:r>
      <w:r w:rsidRPr="004F2616">
        <w:rPr>
          <w:i/>
          <w:iCs/>
        </w:rPr>
        <w:t>00</w:t>
      </w:r>
    </w:p>
    <w:p w14:paraId="0F1B41AF" w14:textId="77777777" w:rsidR="008F590D" w:rsidRPr="004F2616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rFonts w:hint="eastAsia"/>
          <w:i/>
          <w:iCs/>
        </w:rPr>
        <w:t xml:space="preserve">Suction machine </w:t>
      </w:r>
      <w:r w:rsidRPr="004F2616">
        <w:rPr>
          <w:i/>
          <w:iCs/>
        </w:rPr>
        <w:tab/>
        <w:t>500</w:t>
      </w:r>
    </w:p>
    <w:p w14:paraId="23B383C2" w14:textId="77777777" w:rsidR="008F590D" w:rsidRPr="004F2616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rFonts w:hint="eastAsia"/>
          <w:i/>
          <w:iCs/>
        </w:rPr>
        <w:t xml:space="preserve">Defibrillator </w:t>
      </w:r>
      <w:r w:rsidRPr="004F2616">
        <w:rPr>
          <w:i/>
          <w:iCs/>
        </w:rPr>
        <w:tab/>
        <w:t>2,</w:t>
      </w:r>
      <w:r>
        <w:rPr>
          <w:i/>
          <w:iCs/>
        </w:rPr>
        <w:t>5</w:t>
      </w:r>
      <w:r w:rsidRPr="004F2616">
        <w:rPr>
          <w:i/>
          <w:iCs/>
        </w:rPr>
        <w:t>00</w:t>
      </w:r>
    </w:p>
    <w:p w14:paraId="38D27142" w14:textId="77777777" w:rsidR="008F590D" w:rsidRPr="004F2616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  <w:rPr>
          <w:i/>
          <w:iCs/>
        </w:rPr>
      </w:pPr>
      <w:r w:rsidRPr="004F2616">
        <w:rPr>
          <w:rFonts w:hint="eastAsia"/>
          <w:i/>
          <w:iCs/>
        </w:rPr>
        <w:t xml:space="preserve">Patient monitor  </w:t>
      </w:r>
      <w:r w:rsidRPr="004F2616">
        <w:rPr>
          <w:i/>
          <w:iCs/>
        </w:rPr>
        <w:tab/>
        <w:t>3,</w:t>
      </w:r>
      <w:r>
        <w:rPr>
          <w:i/>
          <w:iCs/>
        </w:rPr>
        <w:t>5</w:t>
      </w:r>
      <w:r w:rsidRPr="004F2616">
        <w:rPr>
          <w:i/>
          <w:iCs/>
        </w:rPr>
        <w:t>00</w:t>
      </w:r>
    </w:p>
    <w:p w14:paraId="7C4FCB43" w14:textId="77777777" w:rsidR="008F590D" w:rsidRPr="00114A8D" w:rsidRDefault="008F590D" w:rsidP="008F590D">
      <w:pPr>
        <w:pStyle w:val="ListParagraph"/>
        <w:numPr>
          <w:ilvl w:val="0"/>
          <w:numId w:val="21"/>
        </w:numPr>
        <w:tabs>
          <w:tab w:val="right" w:pos="5245"/>
        </w:tabs>
        <w:spacing w:after="120"/>
      </w:pPr>
      <w:r w:rsidRPr="004F2616">
        <w:rPr>
          <w:rFonts w:hint="eastAsia"/>
          <w:i/>
          <w:iCs/>
        </w:rPr>
        <w:t xml:space="preserve">First aid kits, splints, IV setup </w:t>
      </w:r>
      <w:r w:rsidRPr="004F2616">
        <w:rPr>
          <w:i/>
          <w:iCs/>
        </w:rPr>
        <w:tab/>
        <w:t>2,</w:t>
      </w:r>
      <w:r>
        <w:rPr>
          <w:i/>
          <w:iCs/>
        </w:rPr>
        <w:t>5</w:t>
      </w:r>
      <w:r w:rsidRPr="004F2616">
        <w:rPr>
          <w:i/>
          <w:iCs/>
        </w:rPr>
        <w:t>00</w:t>
      </w:r>
    </w:p>
    <w:p w14:paraId="5620A4DF" w14:textId="2B1E02A2" w:rsidR="002E07F8" w:rsidRPr="009324CB" w:rsidRDefault="008F590D" w:rsidP="008F590D">
      <w:pPr>
        <w:tabs>
          <w:tab w:val="right" w:pos="5245"/>
        </w:tabs>
        <w:spacing w:after="120"/>
        <w:ind w:left="360"/>
        <w:rPr>
          <w:b/>
          <w:bCs/>
          <w:i/>
          <w:iCs/>
        </w:rPr>
      </w:pPr>
      <w:r w:rsidRPr="009324CB">
        <w:rPr>
          <w:b/>
          <w:bCs/>
          <w:i/>
          <w:iCs/>
        </w:rPr>
        <w:t>Equipment Total</w:t>
      </w:r>
      <w:r w:rsidRPr="009324CB">
        <w:rPr>
          <w:b/>
          <w:bCs/>
          <w:i/>
          <w:iCs/>
        </w:rPr>
        <w:tab/>
        <w:t xml:space="preserve"> </w:t>
      </w:r>
      <w:r w:rsidR="00D720C7">
        <w:rPr>
          <w:b/>
          <w:bCs/>
          <w:i/>
          <w:iCs/>
        </w:rPr>
        <w:t>$</w:t>
      </w:r>
      <w:r w:rsidRPr="009324CB">
        <w:rPr>
          <w:b/>
          <w:bCs/>
          <w:i/>
          <w:iCs/>
        </w:rPr>
        <w:t>1</w:t>
      </w:r>
      <w:r>
        <w:rPr>
          <w:b/>
          <w:bCs/>
          <w:i/>
          <w:iCs/>
        </w:rPr>
        <w:t>2</w:t>
      </w:r>
      <w:r w:rsidRPr="009324CB">
        <w:rPr>
          <w:b/>
          <w:bCs/>
          <w:i/>
          <w:iCs/>
        </w:rPr>
        <w:t>,000</w:t>
      </w:r>
    </w:p>
    <w:p w14:paraId="78A7B662" w14:textId="1F46F3A6" w:rsidR="002E07F8" w:rsidRDefault="002747B2" w:rsidP="00146BA3">
      <w:pPr>
        <w:pStyle w:val="Heading1"/>
        <w:spacing w:after="120"/>
      </w:pPr>
      <w:r>
        <w:t>6. Call to Action</w:t>
      </w:r>
    </w:p>
    <w:p w14:paraId="459D8794" w14:textId="77777777" w:rsidR="008F590D" w:rsidRDefault="008E744E" w:rsidP="008F590D">
      <w:pPr>
        <w:spacing w:before="120" w:after="120"/>
      </w:pPr>
      <w:r>
        <w:t xml:space="preserve">We need your financial support to make this meet this critical need. Both </w:t>
      </w:r>
      <w:r w:rsidR="001F686F">
        <w:t>Kisiizi Partners</w:t>
      </w:r>
      <w:r w:rsidR="007D1C52">
        <w:t xml:space="preserve"> and Friends of Kisiizi</w:t>
      </w:r>
      <w:r w:rsidR="001F686F">
        <w:t xml:space="preserve"> in the UK and CHEE</w:t>
      </w:r>
      <w:r w:rsidR="009572E3">
        <w:t>E</w:t>
      </w:r>
      <w:r w:rsidR="001F686F">
        <w:t>RS in Ireland have committed to help raise the funds for the new ambulance.</w:t>
      </w:r>
      <w:r>
        <w:t xml:space="preserve"> Will you join them?</w:t>
      </w:r>
    </w:p>
    <w:p w14:paraId="3A24FC1A" w14:textId="4767027F" w:rsidR="00BA2C80" w:rsidRPr="00BA2C80" w:rsidRDefault="008E744E" w:rsidP="008F590D">
      <w:pPr>
        <w:spacing w:before="120" w:after="120"/>
        <w:rPr>
          <w:color w:val="C00000"/>
        </w:rPr>
      </w:pPr>
      <w:r>
        <w:t>Your support will directly save lives by ensuring patients receive care when it matters most—on the way to hospital.</w:t>
      </w:r>
    </w:p>
    <w:sectPr w:rsidR="00BA2C80" w:rsidRPr="00BA2C80" w:rsidSect="007D0A16">
      <w:headerReference w:type="default" r:id="rId13"/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7BC93" w14:textId="77777777" w:rsidR="008073D1" w:rsidRDefault="008073D1" w:rsidP="00080771">
      <w:pPr>
        <w:spacing w:after="0" w:line="240" w:lineRule="auto"/>
      </w:pPr>
      <w:r>
        <w:separator/>
      </w:r>
    </w:p>
  </w:endnote>
  <w:endnote w:type="continuationSeparator" w:id="0">
    <w:p w14:paraId="1E5F7015" w14:textId="77777777" w:rsidR="008073D1" w:rsidRDefault="008073D1" w:rsidP="0008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98738" w14:textId="77777777" w:rsidR="008073D1" w:rsidRDefault="008073D1" w:rsidP="00080771">
      <w:pPr>
        <w:spacing w:after="0" w:line="240" w:lineRule="auto"/>
      </w:pPr>
      <w:r>
        <w:separator/>
      </w:r>
    </w:p>
  </w:footnote>
  <w:footnote w:type="continuationSeparator" w:id="0">
    <w:p w14:paraId="7D0EDF28" w14:textId="77777777" w:rsidR="008073D1" w:rsidRDefault="008073D1" w:rsidP="00080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FC0C" w14:textId="65B889A5" w:rsidR="00080771" w:rsidRDefault="00080771">
    <w:pPr>
      <w:pStyle w:val="Header"/>
    </w:pPr>
    <w:r w:rsidRPr="00080771">
      <w:rPr>
        <w:noProof/>
      </w:rPr>
      <w:drawing>
        <wp:inline distT="0" distB="0" distL="0" distR="0" wp14:anchorId="73857E04" wp14:editId="75769D52">
          <wp:extent cx="1492250" cy="450491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5018" cy="454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8296E"/>
    <w:multiLevelType w:val="hybridMultilevel"/>
    <w:tmpl w:val="59103862"/>
    <w:lvl w:ilvl="0" w:tplc="C0C02D4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F37CA"/>
    <w:multiLevelType w:val="hybridMultilevel"/>
    <w:tmpl w:val="D84EC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F6742"/>
    <w:multiLevelType w:val="hybridMultilevel"/>
    <w:tmpl w:val="3F7ABB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C6E80"/>
    <w:multiLevelType w:val="hybridMultilevel"/>
    <w:tmpl w:val="3C1C7A5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C13AB0"/>
    <w:multiLevelType w:val="hybridMultilevel"/>
    <w:tmpl w:val="DE80890C"/>
    <w:lvl w:ilvl="0" w:tplc="C0C02D4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67AAC"/>
    <w:multiLevelType w:val="hybridMultilevel"/>
    <w:tmpl w:val="92D6B35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017F7F"/>
    <w:multiLevelType w:val="hybridMultilevel"/>
    <w:tmpl w:val="0EE82202"/>
    <w:lvl w:ilvl="0" w:tplc="FFFFFFFF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C2EB0"/>
    <w:multiLevelType w:val="hybridMultilevel"/>
    <w:tmpl w:val="7EEA6984"/>
    <w:lvl w:ilvl="0" w:tplc="C0C02D44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AD1741"/>
    <w:multiLevelType w:val="hybridMultilevel"/>
    <w:tmpl w:val="7C5AE56A"/>
    <w:lvl w:ilvl="0" w:tplc="C0C02D44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C327DC"/>
    <w:multiLevelType w:val="hybridMultilevel"/>
    <w:tmpl w:val="CD2476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65C46"/>
    <w:multiLevelType w:val="hybridMultilevel"/>
    <w:tmpl w:val="463A7C4C"/>
    <w:lvl w:ilvl="0" w:tplc="C0C02D4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76753B"/>
    <w:multiLevelType w:val="hybridMultilevel"/>
    <w:tmpl w:val="346EA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92FD0"/>
    <w:multiLevelType w:val="hybridMultilevel"/>
    <w:tmpl w:val="52946C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54110"/>
    <w:multiLevelType w:val="hybridMultilevel"/>
    <w:tmpl w:val="D236E756"/>
    <w:lvl w:ilvl="0" w:tplc="FFFFFFFF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C0C02D44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AC2C41"/>
    <w:multiLevelType w:val="hybridMultilevel"/>
    <w:tmpl w:val="E408A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157492">
    <w:abstractNumId w:val="8"/>
  </w:num>
  <w:num w:numId="2" w16cid:durableId="28069638">
    <w:abstractNumId w:val="6"/>
  </w:num>
  <w:num w:numId="3" w16cid:durableId="2042315316">
    <w:abstractNumId w:val="5"/>
  </w:num>
  <w:num w:numId="4" w16cid:durableId="394473711">
    <w:abstractNumId w:val="4"/>
  </w:num>
  <w:num w:numId="5" w16cid:durableId="869996781">
    <w:abstractNumId w:val="7"/>
  </w:num>
  <w:num w:numId="6" w16cid:durableId="1035496773">
    <w:abstractNumId w:val="3"/>
  </w:num>
  <w:num w:numId="7" w16cid:durableId="1627540681">
    <w:abstractNumId w:val="2"/>
  </w:num>
  <w:num w:numId="8" w16cid:durableId="1873807186">
    <w:abstractNumId w:val="1"/>
  </w:num>
  <w:num w:numId="9" w16cid:durableId="1899198571">
    <w:abstractNumId w:val="0"/>
  </w:num>
  <w:num w:numId="10" w16cid:durableId="2067147377">
    <w:abstractNumId w:val="23"/>
  </w:num>
  <w:num w:numId="11" w16cid:durableId="1785490945">
    <w:abstractNumId w:val="13"/>
  </w:num>
  <w:num w:numId="12" w16cid:durableId="942761428">
    <w:abstractNumId w:val="16"/>
  </w:num>
  <w:num w:numId="13" w16cid:durableId="254364400">
    <w:abstractNumId w:val="9"/>
  </w:num>
  <w:num w:numId="14" w16cid:durableId="1434983550">
    <w:abstractNumId w:val="17"/>
  </w:num>
  <w:num w:numId="15" w16cid:durableId="1101534895">
    <w:abstractNumId w:val="22"/>
  </w:num>
  <w:num w:numId="16" w16cid:durableId="376197220">
    <w:abstractNumId w:val="19"/>
  </w:num>
  <w:num w:numId="17" w16cid:durableId="1121992919">
    <w:abstractNumId w:val="15"/>
  </w:num>
  <w:num w:numId="18" w16cid:durableId="359167610">
    <w:abstractNumId w:val="20"/>
  </w:num>
  <w:num w:numId="19" w16cid:durableId="352070158">
    <w:abstractNumId w:val="10"/>
  </w:num>
  <w:num w:numId="20" w16cid:durableId="94790329">
    <w:abstractNumId w:val="12"/>
  </w:num>
  <w:num w:numId="21" w16cid:durableId="1878932084">
    <w:abstractNumId w:val="21"/>
  </w:num>
  <w:num w:numId="22" w16cid:durableId="1640106095">
    <w:abstractNumId w:val="14"/>
  </w:num>
  <w:num w:numId="23" w16cid:durableId="1816337736">
    <w:abstractNumId w:val="11"/>
  </w:num>
  <w:num w:numId="24" w16cid:durableId="5208941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F79"/>
    <w:rsid w:val="00034616"/>
    <w:rsid w:val="0005263D"/>
    <w:rsid w:val="00054814"/>
    <w:rsid w:val="00056A9C"/>
    <w:rsid w:val="00057A19"/>
    <w:rsid w:val="00057A3B"/>
    <w:rsid w:val="0006063C"/>
    <w:rsid w:val="00076734"/>
    <w:rsid w:val="00080771"/>
    <w:rsid w:val="00096659"/>
    <w:rsid w:val="000C4113"/>
    <w:rsid w:val="000D5D70"/>
    <w:rsid w:val="000E5954"/>
    <w:rsid w:val="00100F28"/>
    <w:rsid w:val="00102F04"/>
    <w:rsid w:val="0010383C"/>
    <w:rsid w:val="00114A8D"/>
    <w:rsid w:val="00146BA3"/>
    <w:rsid w:val="0015074B"/>
    <w:rsid w:val="00153592"/>
    <w:rsid w:val="001565A2"/>
    <w:rsid w:val="00163869"/>
    <w:rsid w:val="00175B55"/>
    <w:rsid w:val="00190580"/>
    <w:rsid w:val="0019295E"/>
    <w:rsid w:val="001B4705"/>
    <w:rsid w:val="001B6A30"/>
    <w:rsid w:val="001D0ADE"/>
    <w:rsid w:val="001E77D8"/>
    <w:rsid w:val="001F686F"/>
    <w:rsid w:val="00214A08"/>
    <w:rsid w:val="00272FBD"/>
    <w:rsid w:val="002747B2"/>
    <w:rsid w:val="00280C7D"/>
    <w:rsid w:val="00282301"/>
    <w:rsid w:val="0029639D"/>
    <w:rsid w:val="002E07F8"/>
    <w:rsid w:val="002E2AE5"/>
    <w:rsid w:val="00300AC3"/>
    <w:rsid w:val="00310F79"/>
    <w:rsid w:val="00312CE9"/>
    <w:rsid w:val="00322FB4"/>
    <w:rsid w:val="00326F90"/>
    <w:rsid w:val="00341B22"/>
    <w:rsid w:val="003455C2"/>
    <w:rsid w:val="003B5D31"/>
    <w:rsid w:val="003C365B"/>
    <w:rsid w:val="00426068"/>
    <w:rsid w:val="0044602D"/>
    <w:rsid w:val="00446F37"/>
    <w:rsid w:val="00452C60"/>
    <w:rsid w:val="004628DD"/>
    <w:rsid w:val="00480782"/>
    <w:rsid w:val="00487031"/>
    <w:rsid w:val="004A1164"/>
    <w:rsid w:val="004B3773"/>
    <w:rsid w:val="004C25D2"/>
    <w:rsid w:val="004C4E92"/>
    <w:rsid w:val="004E6550"/>
    <w:rsid w:val="004F2616"/>
    <w:rsid w:val="0050508F"/>
    <w:rsid w:val="00522522"/>
    <w:rsid w:val="005332A6"/>
    <w:rsid w:val="00536E29"/>
    <w:rsid w:val="005929C2"/>
    <w:rsid w:val="005953EF"/>
    <w:rsid w:val="005A6BDB"/>
    <w:rsid w:val="005A7EBC"/>
    <w:rsid w:val="005B4B47"/>
    <w:rsid w:val="005F707F"/>
    <w:rsid w:val="00620EAC"/>
    <w:rsid w:val="006405AB"/>
    <w:rsid w:val="006413A4"/>
    <w:rsid w:val="006A27B8"/>
    <w:rsid w:val="006B6172"/>
    <w:rsid w:val="006C560E"/>
    <w:rsid w:val="006D11CF"/>
    <w:rsid w:val="006D6DBD"/>
    <w:rsid w:val="006E013E"/>
    <w:rsid w:val="006E3991"/>
    <w:rsid w:val="006E51AA"/>
    <w:rsid w:val="006E6455"/>
    <w:rsid w:val="00703184"/>
    <w:rsid w:val="007101EF"/>
    <w:rsid w:val="0071101E"/>
    <w:rsid w:val="00711592"/>
    <w:rsid w:val="007128E6"/>
    <w:rsid w:val="00723849"/>
    <w:rsid w:val="0072525D"/>
    <w:rsid w:val="00734DE3"/>
    <w:rsid w:val="007448ED"/>
    <w:rsid w:val="007449E0"/>
    <w:rsid w:val="00762F87"/>
    <w:rsid w:val="0078554A"/>
    <w:rsid w:val="007A341C"/>
    <w:rsid w:val="007A4CD8"/>
    <w:rsid w:val="007D0A16"/>
    <w:rsid w:val="007D1C52"/>
    <w:rsid w:val="007F38CE"/>
    <w:rsid w:val="00801CE8"/>
    <w:rsid w:val="0080562F"/>
    <w:rsid w:val="008073D1"/>
    <w:rsid w:val="00831A7D"/>
    <w:rsid w:val="0084612D"/>
    <w:rsid w:val="008858E2"/>
    <w:rsid w:val="008A07EA"/>
    <w:rsid w:val="008B5BFD"/>
    <w:rsid w:val="008C7B30"/>
    <w:rsid w:val="008E744E"/>
    <w:rsid w:val="008F553B"/>
    <w:rsid w:val="008F590D"/>
    <w:rsid w:val="0090192A"/>
    <w:rsid w:val="00922709"/>
    <w:rsid w:val="00927B18"/>
    <w:rsid w:val="009324CB"/>
    <w:rsid w:val="009572E3"/>
    <w:rsid w:val="009B6DC2"/>
    <w:rsid w:val="009C1BD1"/>
    <w:rsid w:val="009C7870"/>
    <w:rsid w:val="009E425E"/>
    <w:rsid w:val="009F1A6B"/>
    <w:rsid w:val="009F4B3B"/>
    <w:rsid w:val="00A04CDA"/>
    <w:rsid w:val="00A05042"/>
    <w:rsid w:val="00A14FED"/>
    <w:rsid w:val="00A52EFD"/>
    <w:rsid w:val="00A570B5"/>
    <w:rsid w:val="00AA1D8D"/>
    <w:rsid w:val="00AA4583"/>
    <w:rsid w:val="00AC2A7B"/>
    <w:rsid w:val="00AE368D"/>
    <w:rsid w:val="00B2276D"/>
    <w:rsid w:val="00B46063"/>
    <w:rsid w:val="00B47730"/>
    <w:rsid w:val="00BA2C80"/>
    <w:rsid w:val="00BB2D33"/>
    <w:rsid w:val="00BE3D74"/>
    <w:rsid w:val="00BE41EE"/>
    <w:rsid w:val="00C04A32"/>
    <w:rsid w:val="00C05A21"/>
    <w:rsid w:val="00C173B4"/>
    <w:rsid w:val="00C2544C"/>
    <w:rsid w:val="00C44881"/>
    <w:rsid w:val="00C71D95"/>
    <w:rsid w:val="00C804F2"/>
    <w:rsid w:val="00C862B4"/>
    <w:rsid w:val="00CB0664"/>
    <w:rsid w:val="00CC71B3"/>
    <w:rsid w:val="00CE09AD"/>
    <w:rsid w:val="00D3240E"/>
    <w:rsid w:val="00D55CBD"/>
    <w:rsid w:val="00D610CF"/>
    <w:rsid w:val="00D71281"/>
    <w:rsid w:val="00D720C7"/>
    <w:rsid w:val="00DB5AE5"/>
    <w:rsid w:val="00DC6473"/>
    <w:rsid w:val="00DF7993"/>
    <w:rsid w:val="00E175CB"/>
    <w:rsid w:val="00E41774"/>
    <w:rsid w:val="00E420B6"/>
    <w:rsid w:val="00E46055"/>
    <w:rsid w:val="00E905FF"/>
    <w:rsid w:val="00EA314E"/>
    <w:rsid w:val="00EA5992"/>
    <w:rsid w:val="00EB7C19"/>
    <w:rsid w:val="00F05CD3"/>
    <w:rsid w:val="00F213CC"/>
    <w:rsid w:val="00F249FA"/>
    <w:rsid w:val="00F32407"/>
    <w:rsid w:val="00F511D3"/>
    <w:rsid w:val="00F56FAF"/>
    <w:rsid w:val="00FB4C3F"/>
    <w:rsid w:val="00FC1249"/>
    <w:rsid w:val="00FC3143"/>
    <w:rsid w:val="00FC693F"/>
    <w:rsid w:val="00FD40E5"/>
    <w:rsid w:val="00FD61D4"/>
    <w:rsid w:val="00FD7677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39A71"/>
  <w14:defaultImageDpi w14:val="300"/>
  <w15:docId w15:val="{2CC68357-9CD3-4697-9C60-9DC6CC3B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B2D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jrSZEF0d4VsWMJIrGrX5fGCkS5GE9bBV/vie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 Haszczyn</cp:lastModifiedBy>
  <cp:revision>3</cp:revision>
  <cp:lastPrinted>2026-03-30T10:42:00Z</cp:lastPrinted>
  <dcterms:created xsi:type="dcterms:W3CDTF">2026-08-10T12:16:00Z</dcterms:created>
  <dcterms:modified xsi:type="dcterms:W3CDTF">2026-08-10T12:17:00Z</dcterms:modified>
  <cp:category/>
</cp:coreProperties>
</file>